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38C0B28A" w14:textId="77777777" w:rsidR="005E1045" w:rsidRDefault="005E1045" w:rsidP="005E1045">
      <w:pPr>
        <w:pStyle w:val="Heading1"/>
        <w:spacing w:before="0" w:line="240" w:lineRule="auto"/>
        <w:jc w:val="center"/>
      </w:pPr>
      <w:bookmarkStart w:id="0" w:name="_afoci9tmuv30" w:colFirst="0" w:colLast="0"/>
      <w:bookmarkEnd w:id="0"/>
      <w:r>
        <w:rPr>
          <w:b w:val="0"/>
          <w:bCs w:val="0"/>
          <w:noProof/>
          <w:sz w:val="46"/>
          <w:szCs w:val="46"/>
        </w:rPr>
        <w:drawing>
          <wp:inline distT="114300" distB="114300" distL="114300" distR="114300" wp14:anchorId="77F4B5BD" wp14:editId="5AA4F71C">
            <wp:extent cx="2202180" cy="116586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2787" cy="11661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1CB3A9" w14:textId="3A430918" w:rsidR="004E292F" w:rsidRPr="005E1045" w:rsidRDefault="0086770D" w:rsidP="005E1045">
      <w:pPr>
        <w:pStyle w:val="Heading1"/>
        <w:spacing w:before="0" w:line="240" w:lineRule="auto"/>
        <w:jc w:val="center"/>
        <w:rPr>
          <w:color w:val="E36C0A" w:themeColor="accent6" w:themeShade="BF"/>
        </w:rPr>
      </w:pPr>
      <w:r w:rsidRPr="005E1045">
        <w:rPr>
          <w:color w:val="E36C0A" w:themeColor="accent6" w:themeShade="BF"/>
        </w:rPr>
        <w:t>Roadrunner Restaurant &amp; Saloon Advertising Form</w:t>
      </w:r>
    </w:p>
    <w:p w14:paraId="08252926" w14:textId="7A5FCC29" w:rsidR="004E292F" w:rsidRDefault="00000000" w:rsidP="0086770D">
      <w:pPr>
        <w:jc w:val="center"/>
      </w:pPr>
      <w:r>
        <w:t xml:space="preserve">Thank you for your interest in advertising at the Roadrunner Restaurant and Saloon. </w:t>
      </w:r>
      <w:r w:rsidR="0086770D">
        <w:br/>
      </w:r>
      <w:r>
        <w:t xml:space="preserve">Please complete the form below with your information </w:t>
      </w:r>
      <w:r w:rsidR="0086770D">
        <w:t>to advertise with us!</w:t>
      </w:r>
    </w:p>
    <w:p w14:paraId="14A8469D" w14:textId="77777777" w:rsidR="004E292F" w:rsidRPr="005E1045" w:rsidRDefault="00000000">
      <w:pPr>
        <w:pStyle w:val="Heading2"/>
        <w:rPr>
          <w:color w:val="E36C0A" w:themeColor="accent6" w:themeShade="BF"/>
        </w:rPr>
      </w:pPr>
      <w:r w:rsidRPr="005E1045">
        <w:rPr>
          <w:color w:val="E36C0A" w:themeColor="accent6" w:themeShade="BF"/>
        </w:rPr>
        <w:t>Advertising Levels Include Your Logo Featured on Our Website Plus:</w:t>
      </w:r>
    </w:p>
    <w:p w14:paraId="16A9A42B" w14:textId="47BDB3F1" w:rsidR="004E292F" w:rsidRDefault="00000000">
      <w:pPr>
        <w:pStyle w:val="ListBullet"/>
      </w:pPr>
      <w:r>
        <w:t xml:space="preserve">4x8 Courtyard Fence – $1000 / Year </w:t>
      </w:r>
    </w:p>
    <w:p w14:paraId="050BC2C4" w14:textId="13AD2911" w:rsidR="004E292F" w:rsidRDefault="00000000">
      <w:pPr>
        <w:pStyle w:val="ListBullet"/>
      </w:pPr>
      <w:r>
        <w:t>3x7 B</w:t>
      </w:r>
      <w:r w:rsidR="00B916DB">
        <w:t>eer Garden</w:t>
      </w:r>
      <w:r>
        <w:t xml:space="preserve"> Banner – $</w:t>
      </w:r>
      <w:r w:rsidR="00B916DB">
        <w:t>3</w:t>
      </w:r>
      <w:r>
        <w:t xml:space="preserve">000 / Year </w:t>
      </w:r>
    </w:p>
    <w:p w14:paraId="6F55D239" w14:textId="5213796C" w:rsidR="00B916DB" w:rsidRDefault="00B916DB">
      <w:pPr>
        <w:pStyle w:val="ListBullet"/>
      </w:pPr>
      <w:r>
        <w:t>4x6 Sound Booth Banner - $4000/ Year</w:t>
      </w:r>
    </w:p>
    <w:p w14:paraId="2F3B9512" w14:textId="5EC43F2A" w:rsidR="004E292F" w:rsidRDefault="00000000">
      <w:pPr>
        <w:pStyle w:val="ListBullet"/>
      </w:pPr>
      <w:r>
        <w:t>4x8 Back of Stands – $</w:t>
      </w:r>
      <w:r w:rsidR="00B916DB">
        <w:t>3</w:t>
      </w:r>
      <w:r>
        <w:t>000 / Year</w:t>
      </w:r>
    </w:p>
    <w:p w14:paraId="7D12CB3E" w14:textId="4034A0F4" w:rsidR="004E292F" w:rsidRDefault="00000000" w:rsidP="00B916DB">
      <w:pPr>
        <w:pStyle w:val="ListBullet"/>
      </w:pPr>
      <w:r>
        <w:t>Bucking Chutes – $</w:t>
      </w:r>
      <w:r w:rsidR="00B916DB">
        <w:t>4</w:t>
      </w:r>
      <w:r>
        <w:t xml:space="preserve">000 / Year (7" x 2" x 22" – Metal Only) </w:t>
      </w:r>
    </w:p>
    <w:p w14:paraId="550C01B5" w14:textId="5597B631" w:rsidR="004E292F" w:rsidRDefault="00000000">
      <w:pPr>
        <w:pStyle w:val="ListBullet"/>
      </w:pPr>
      <w:r>
        <w:t>4x8 Return Gate – $</w:t>
      </w:r>
      <w:r w:rsidR="00B916DB">
        <w:t>5</w:t>
      </w:r>
      <w:r>
        <w:t xml:space="preserve">000 / Year </w:t>
      </w:r>
    </w:p>
    <w:p w14:paraId="48AA6414" w14:textId="151475EA" w:rsidR="004E292F" w:rsidRDefault="00000000">
      <w:pPr>
        <w:pStyle w:val="ListBullet"/>
      </w:pPr>
      <w:r>
        <w:t xml:space="preserve">4x8 Announcers Stand </w:t>
      </w:r>
      <w:r w:rsidR="00B916DB">
        <w:t>&amp; Boards Above Speakers</w:t>
      </w:r>
      <w:r>
        <w:t>– $</w:t>
      </w:r>
      <w:r w:rsidR="00B916DB">
        <w:t>12</w:t>
      </w:r>
      <w:r>
        <w:t>000 / Year</w:t>
      </w:r>
    </w:p>
    <w:p w14:paraId="4BCE3F9D" w14:textId="70A49397" w:rsidR="004E292F" w:rsidRDefault="00000000">
      <w:pPr>
        <w:pStyle w:val="ListBullet"/>
      </w:pPr>
      <w:r>
        <w:t>4x8 Roadrunner Stage – $</w:t>
      </w:r>
      <w:r w:rsidR="00B916DB">
        <w:t>9</w:t>
      </w:r>
      <w:r>
        <w:t>000 / Year</w:t>
      </w:r>
    </w:p>
    <w:p w14:paraId="26980E97" w14:textId="5D999DCB" w:rsidR="00B916DB" w:rsidRDefault="00B916DB">
      <w:pPr>
        <w:pStyle w:val="ListBullet"/>
      </w:pPr>
      <w:r>
        <w:t>4x8 Street Sign - $10,000/Year</w:t>
      </w:r>
    </w:p>
    <w:p w14:paraId="426B368A" w14:textId="77777777" w:rsidR="004E292F" w:rsidRPr="005E1045" w:rsidRDefault="00000000">
      <w:pPr>
        <w:pStyle w:val="Heading2"/>
        <w:rPr>
          <w:color w:val="E36C0A" w:themeColor="accent6" w:themeShade="BF"/>
        </w:rPr>
      </w:pPr>
      <w:r w:rsidRPr="005E1045">
        <w:rPr>
          <w:color w:val="E36C0A" w:themeColor="accent6" w:themeShade="BF"/>
        </w:rPr>
        <w:t>Advertising Information:</w:t>
      </w:r>
    </w:p>
    <w:p w14:paraId="15DCCAE3" w14:textId="6AE53BD4" w:rsidR="004E292F" w:rsidRDefault="00000000">
      <w:r>
        <w:t>Owner's Name: ________________________________     Business Name: ________________________________</w:t>
      </w:r>
      <w:r w:rsidR="0086770D">
        <w:br/>
      </w:r>
      <w:r>
        <w:t>Address: _________________________________________________________________________________________</w:t>
      </w:r>
      <w:r w:rsidR="0086770D">
        <w:br/>
      </w:r>
      <w:r>
        <w:t xml:space="preserve">City: ________________________________     Email: ________________________________     </w:t>
      </w:r>
      <w:r w:rsidR="0086770D">
        <w:br/>
      </w:r>
      <w:r>
        <w:t>Website: ________________________________</w:t>
      </w:r>
    </w:p>
    <w:p w14:paraId="526018E4" w14:textId="77777777" w:rsidR="004E292F" w:rsidRPr="005E1045" w:rsidRDefault="00000000">
      <w:pPr>
        <w:pStyle w:val="Heading3"/>
        <w:rPr>
          <w:color w:val="E36C0A" w:themeColor="accent6" w:themeShade="BF"/>
        </w:rPr>
      </w:pPr>
      <w:r w:rsidRPr="005E1045">
        <w:rPr>
          <w:color w:val="E36C0A" w:themeColor="accent6" w:themeShade="BF"/>
        </w:rPr>
        <w:t>Advertising Level (check all that apply):</w:t>
      </w:r>
    </w:p>
    <w:p w14:paraId="661DF868" w14:textId="12AFA619" w:rsidR="0086770D" w:rsidRDefault="00000000" w:rsidP="0086770D">
      <w:r>
        <w:t>☐ Courtyard Fence</w:t>
      </w:r>
      <w:r w:rsidR="0086770D">
        <w:t xml:space="preserve">   ☐ </w:t>
      </w:r>
      <w:r w:rsidR="00B916DB">
        <w:t>Beer Garden</w:t>
      </w:r>
      <w:r w:rsidR="0086770D">
        <w:t xml:space="preserve"> Banner   ☐ Back of Stands</w:t>
      </w:r>
      <w:r w:rsidR="0086770D">
        <w:br/>
        <w:t xml:space="preserve">☐ </w:t>
      </w:r>
      <w:r w:rsidR="00B916DB">
        <w:t>Street Sign</w:t>
      </w:r>
      <w:r w:rsidR="0086770D">
        <w:t xml:space="preserve">   ☐ Announcers Stand</w:t>
      </w:r>
      <w:r w:rsidR="00B916DB">
        <w:t xml:space="preserve"> &amp; Above Speakers</w:t>
      </w:r>
      <w:r w:rsidR="0086770D">
        <w:t xml:space="preserve">   ☐ Roadrunner Stage</w:t>
      </w:r>
      <w:r w:rsidR="0086770D">
        <w:br/>
      </w:r>
      <w:r w:rsidR="00B916DB">
        <w:t xml:space="preserve">☐ Sound Booth   </w:t>
      </w:r>
      <w:r w:rsidR="0086770D">
        <w:t xml:space="preserve">☐ Bucking Chutes    ☐ 1 Year   </w:t>
      </w:r>
    </w:p>
    <w:p w14:paraId="18930735" w14:textId="26CF8DEB" w:rsidR="0086770D" w:rsidRDefault="0086770D" w:rsidP="0086770D">
      <w:r>
        <w:t xml:space="preserve">  </w:t>
      </w:r>
    </w:p>
    <w:p w14:paraId="30A4F3CF" w14:textId="77777777" w:rsidR="004E292F" w:rsidRPr="005E1045" w:rsidRDefault="00000000">
      <w:pPr>
        <w:pStyle w:val="Heading2"/>
        <w:rPr>
          <w:color w:val="E36C0A" w:themeColor="accent6" w:themeShade="BF"/>
        </w:rPr>
      </w:pPr>
      <w:r w:rsidRPr="005E1045">
        <w:rPr>
          <w:color w:val="E36C0A" w:themeColor="accent6" w:themeShade="BF"/>
        </w:rPr>
        <w:t>Payment Information:</w:t>
      </w:r>
    </w:p>
    <w:p w14:paraId="432A085E" w14:textId="77777777" w:rsidR="004E292F" w:rsidRDefault="00000000">
      <w:r>
        <w:t>Please make checks payable to The Roadrunner Restaurant &amp; Saloon</w:t>
      </w:r>
    </w:p>
    <w:p w14:paraId="3E8FD285" w14:textId="77777777" w:rsidR="004E292F" w:rsidRDefault="00000000">
      <w:r>
        <w:t>By signing below, you acknowledge your commitment to the advertising level selected above and agree to provide the required payment and promotional materials (e.g., logos).</w:t>
      </w:r>
    </w:p>
    <w:p w14:paraId="2E8C0006" w14:textId="77777777" w:rsidR="004E292F" w:rsidRDefault="00000000">
      <w:r>
        <w:t>Signature: ___________________________________________     Date: ____________________</w:t>
      </w:r>
    </w:p>
    <w:p w14:paraId="4BE9B980" w14:textId="77777777" w:rsidR="004E292F" w:rsidRPr="005E1045" w:rsidRDefault="00000000" w:rsidP="0086770D">
      <w:pPr>
        <w:pStyle w:val="Heading3"/>
        <w:jc w:val="center"/>
        <w:rPr>
          <w:color w:val="E36C0A" w:themeColor="accent6" w:themeShade="BF"/>
        </w:rPr>
      </w:pPr>
      <w:r w:rsidRPr="005E1045">
        <w:rPr>
          <w:color w:val="E36C0A" w:themeColor="accent6" w:themeShade="BF"/>
        </w:rPr>
        <w:t>Any Questions?</w:t>
      </w:r>
    </w:p>
    <w:p w14:paraId="607E3CBD" w14:textId="516D5A1B" w:rsidR="004E292F" w:rsidRDefault="00000000" w:rsidP="0086770D">
      <w:pPr>
        <w:jc w:val="center"/>
      </w:pPr>
      <w:r>
        <w:t xml:space="preserve">Please call </w:t>
      </w:r>
      <w:r w:rsidR="008C27ED">
        <w:t>602-480-5238</w:t>
      </w:r>
    </w:p>
    <w:sectPr w:rsidR="004E292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0C6FE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8854773">
    <w:abstractNumId w:val="8"/>
  </w:num>
  <w:num w:numId="2" w16cid:durableId="1453789396">
    <w:abstractNumId w:val="6"/>
  </w:num>
  <w:num w:numId="3" w16cid:durableId="1846285671">
    <w:abstractNumId w:val="5"/>
  </w:num>
  <w:num w:numId="4" w16cid:durableId="275675031">
    <w:abstractNumId w:val="4"/>
  </w:num>
  <w:num w:numId="5" w16cid:durableId="1820921781">
    <w:abstractNumId w:val="7"/>
  </w:num>
  <w:num w:numId="6" w16cid:durableId="1216506516">
    <w:abstractNumId w:val="3"/>
  </w:num>
  <w:num w:numId="7" w16cid:durableId="241837793">
    <w:abstractNumId w:val="2"/>
  </w:num>
  <w:num w:numId="8" w16cid:durableId="664825279">
    <w:abstractNumId w:val="1"/>
  </w:num>
  <w:num w:numId="9" w16cid:durableId="37959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42FB"/>
    <w:rsid w:val="0015074B"/>
    <w:rsid w:val="0029639D"/>
    <w:rsid w:val="002C64F5"/>
    <w:rsid w:val="00320C9F"/>
    <w:rsid w:val="00322211"/>
    <w:rsid w:val="00326F90"/>
    <w:rsid w:val="004360F1"/>
    <w:rsid w:val="004E292F"/>
    <w:rsid w:val="005B3097"/>
    <w:rsid w:val="005E1045"/>
    <w:rsid w:val="0086770D"/>
    <w:rsid w:val="008C27ED"/>
    <w:rsid w:val="00AA1D8D"/>
    <w:rsid w:val="00AE440A"/>
    <w:rsid w:val="00B47730"/>
    <w:rsid w:val="00B916DB"/>
    <w:rsid w:val="00CB0664"/>
    <w:rsid w:val="00F21ED4"/>
    <w:rsid w:val="00F629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6BA8C5"/>
  <w14:defaultImageDpi w14:val="300"/>
  <w15:docId w15:val="{DCCA955F-FDE9-41B4-8AC7-DFA2D65A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Becky mullins</cp:lastModifiedBy>
  <cp:revision>3</cp:revision>
  <cp:lastPrinted>2026-02-05T16:29:00Z</cp:lastPrinted>
  <dcterms:created xsi:type="dcterms:W3CDTF">2026-08-31T21:51:00Z</dcterms:created>
  <dcterms:modified xsi:type="dcterms:W3CDTF">2026-09-02T03:55:00Z</dcterms:modified>
  <cp:category/>
</cp:coreProperties>
</file>